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0B07" w14:textId="453BFB1E" w:rsidR="00CE7349" w:rsidRDefault="00CE7349" w:rsidP="008975D2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Application for the </w:t>
      </w:r>
    </w:p>
    <w:p w14:paraId="0EF06C9D" w14:textId="48EE32A9" w:rsidR="00EB626B" w:rsidRDefault="00CE7349" w:rsidP="008975D2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E7349">
        <w:rPr>
          <w:rFonts w:ascii="Times New Roman" w:hAnsi="Times New Roman" w:cs="Times New Roman"/>
          <w:sz w:val="36"/>
          <w:szCs w:val="36"/>
        </w:rPr>
        <w:t>C</w:t>
      </w:r>
      <w:r>
        <w:rPr>
          <w:rFonts w:ascii="Times New Roman" w:hAnsi="Times New Roman" w:cs="Times New Roman"/>
          <w:sz w:val="36"/>
          <w:szCs w:val="36"/>
        </w:rPr>
        <w:t xml:space="preserve">ol. Dr. Jeppiaar </w:t>
      </w:r>
      <w:r w:rsidR="00000000" w:rsidRPr="00CE7349">
        <w:rPr>
          <w:rFonts w:ascii="Times New Roman" w:hAnsi="Times New Roman" w:cs="Times New Roman"/>
          <w:sz w:val="36"/>
          <w:szCs w:val="36"/>
        </w:rPr>
        <w:t xml:space="preserve">Young Investigator Award </w:t>
      </w:r>
    </w:p>
    <w:p w14:paraId="2413DACE" w14:textId="77777777" w:rsidR="008975D2" w:rsidRDefault="008975D2" w:rsidP="00CE734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97FAD92" w14:textId="722582B2" w:rsidR="00EB626B" w:rsidRPr="008975D2" w:rsidRDefault="00000000" w:rsidP="00CE734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75D2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Applicant Details</w:t>
      </w:r>
    </w:p>
    <w:p w14:paraId="7A0158FD" w14:textId="77777777" w:rsidR="00CE7349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Full Name: </w:t>
      </w:r>
    </w:p>
    <w:p w14:paraId="7D75B701" w14:textId="77777777" w:rsidR="00CE7349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Affiliation: </w:t>
      </w:r>
    </w:p>
    <w:p w14:paraId="2F7995D5" w14:textId="77777777" w:rsidR="00CE7349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Department/Centre: </w:t>
      </w:r>
    </w:p>
    <w:p w14:paraId="1DC9680E" w14:textId="77777777" w:rsidR="00CE7349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Designation: </w:t>
      </w:r>
    </w:p>
    <w:p w14:paraId="22248300" w14:textId="77777777" w:rsidR="00CE7349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37B1C1EE" w14:textId="6DC265BF" w:rsidR="00EB626B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Mobile Number: </w:t>
      </w:r>
    </w:p>
    <w:p w14:paraId="39699503" w14:textId="55C64CEB" w:rsidR="00EB626B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ORCID ID: </w:t>
      </w:r>
    </w:p>
    <w:p w14:paraId="22866DDB" w14:textId="3381A904" w:rsidR="00EB626B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Google Scholar Profile: </w:t>
      </w:r>
    </w:p>
    <w:p w14:paraId="1A313544" w14:textId="103DC989" w:rsidR="00EB626B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Scopus Author ID: </w:t>
      </w:r>
    </w:p>
    <w:p w14:paraId="6CD528D9" w14:textId="64E83A65" w:rsidR="00EB626B" w:rsidRDefault="00CE7349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>Mo</w:t>
      </w:r>
      <w:r w:rsidRPr="008975D2">
        <w:rPr>
          <w:rFonts w:ascii="Times New Roman" w:hAnsi="Times New Roman" w:cs="Times New Roman"/>
          <w:sz w:val="24"/>
          <w:szCs w:val="24"/>
        </w:rPr>
        <w:t>n</w:t>
      </w:r>
      <w:r w:rsidRPr="008975D2">
        <w:rPr>
          <w:rFonts w:ascii="Times New Roman" w:hAnsi="Times New Roman" w:cs="Times New Roman"/>
          <w:sz w:val="24"/>
          <w:szCs w:val="24"/>
        </w:rPr>
        <w:t>th a</w:t>
      </w:r>
      <w:r w:rsidRPr="008975D2">
        <w:rPr>
          <w:rFonts w:ascii="Times New Roman" w:hAnsi="Times New Roman" w:cs="Times New Roman"/>
          <w:sz w:val="24"/>
          <w:szCs w:val="24"/>
        </w:rPr>
        <w:t>n</w:t>
      </w:r>
      <w:r w:rsidRPr="008975D2">
        <w:rPr>
          <w:rFonts w:ascii="Times New Roman" w:hAnsi="Times New Roman" w:cs="Times New Roman"/>
          <w:sz w:val="24"/>
          <w:szCs w:val="24"/>
        </w:rPr>
        <w:t xml:space="preserve">d </w:t>
      </w:r>
      <w:r w:rsidR="00000000" w:rsidRPr="008975D2">
        <w:rPr>
          <w:rFonts w:ascii="Times New Roman" w:hAnsi="Times New Roman" w:cs="Times New Roman"/>
          <w:sz w:val="24"/>
          <w:szCs w:val="24"/>
        </w:rPr>
        <w:t xml:space="preserve">Year of PhD Completion: </w:t>
      </w:r>
    </w:p>
    <w:p w14:paraId="27D169EC" w14:textId="1A0E1235" w:rsidR="008975D2" w:rsidRPr="008975D2" w:rsidRDefault="008975D2" w:rsidP="00CE7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Supervisor</w:t>
      </w:r>
      <w:r w:rsidRPr="008975D2">
        <w:rPr>
          <w:rFonts w:ascii="Times New Roman" w:hAnsi="Times New Roman" w:cs="Times New Roman"/>
          <w:sz w:val="24"/>
          <w:szCs w:val="24"/>
        </w:rPr>
        <w:t>:</w:t>
      </w:r>
    </w:p>
    <w:p w14:paraId="5F8A0B09" w14:textId="309FA440" w:rsidR="00CE7349" w:rsidRPr="008975D2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8975D2">
        <w:rPr>
          <w:rFonts w:ascii="Times New Roman" w:hAnsi="Times New Roman" w:cs="Times New Roman"/>
          <w:sz w:val="24"/>
          <w:szCs w:val="24"/>
        </w:rPr>
        <w:t xml:space="preserve">PhD Awarding Institution: </w:t>
      </w:r>
    </w:p>
    <w:p w14:paraId="646DF8B5" w14:textId="68E97713" w:rsidR="00EB626B" w:rsidRPr="00CE7349" w:rsidRDefault="00000000" w:rsidP="00CE73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 xml:space="preserve">Research Area: </w:t>
      </w:r>
    </w:p>
    <w:p w14:paraId="7F807D34" w14:textId="77777777" w:rsidR="00CE7349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 xml:space="preserve">Title of the </w:t>
      </w:r>
      <w:r w:rsidR="00CE7349" w:rsidRPr="00CE7349">
        <w:rPr>
          <w:rFonts w:ascii="Times New Roman" w:hAnsi="Times New Roman" w:cs="Times New Roman"/>
          <w:b/>
          <w:bCs/>
          <w:sz w:val="24"/>
          <w:szCs w:val="24"/>
        </w:rPr>
        <w:t>Prese</w:t>
      </w:r>
      <w:r w:rsidR="00CE7349" w:rsidRPr="00CE734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E7349" w:rsidRPr="00CE7349">
        <w:rPr>
          <w:rFonts w:ascii="Times New Roman" w:hAnsi="Times New Roman" w:cs="Times New Roman"/>
          <w:b/>
          <w:bCs/>
          <w:sz w:val="24"/>
          <w:szCs w:val="24"/>
        </w:rPr>
        <w:t>tatio</w:t>
      </w:r>
      <w:r w:rsidR="00CE7349" w:rsidRPr="00CE734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E7349" w:rsidRPr="00CE734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1CCE38" w14:textId="77777777" w:rsidR="00EB626B" w:rsidRDefault="00000000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(Provide a concise and informative title.)</w:t>
      </w:r>
    </w:p>
    <w:p w14:paraId="2811F05D" w14:textId="77777777" w:rsidR="00CE7349" w:rsidRPr="00CE7349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</w:p>
    <w:p w14:paraId="61EEBA32" w14:textId="77777777" w:rsidR="00CE7349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>Background</w:t>
      </w:r>
      <w:r w:rsidR="00CE7349" w:rsidRPr="00CE73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958A8AE" w14:textId="1A8AB354" w:rsidR="00EB626B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0000" w:rsidRPr="00CE7349">
        <w:rPr>
          <w:rFonts w:ascii="Times New Roman" w:hAnsi="Times New Roman" w:cs="Times New Roman"/>
          <w:sz w:val="24"/>
          <w:szCs w:val="24"/>
        </w:rPr>
        <w:t>Describe the scientific background and the motivation for the research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92B7A2" w14:textId="77777777" w:rsidR="00CE7349" w:rsidRPr="00CE7349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</w:p>
    <w:p w14:paraId="294BC865" w14:textId="260ED253" w:rsidR="00EB626B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>Research Objectives</w:t>
      </w:r>
    </w:p>
    <w:p w14:paraId="5B539279" w14:textId="75B88EBC" w:rsidR="00EB626B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0000" w:rsidRPr="00CE7349">
        <w:rPr>
          <w:rFonts w:ascii="Times New Roman" w:hAnsi="Times New Roman" w:cs="Times New Roman"/>
          <w:sz w:val="24"/>
          <w:szCs w:val="24"/>
        </w:rPr>
        <w:t>Clearly state the objectives of the work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E4CB0F" w14:textId="77777777" w:rsidR="00CE7349" w:rsidRPr="00CE7349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</w:p>
    <w:p w14:paraId="3027063F" w14:textId="5B9B8B6E" w:rsidR="00EB626B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>Research Methodology</w:t>
      </w:r>
    </w:p>
    <w:p w14:paraId="64277401" w14:textId="050C9210" w:rsidR="00EB626B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0000" w:rsidRPr="00CE7349">
        <w:rPr>
          <w:rFonts w:ascii="Times New Roman" w:hAnsi="Times New Roman" w:cs="Times New Roman"/>
          <w:sz w:val="24"/>
          <w:szCs w:val="24"/>
        </w:rPr>
        <w:t>Describe the experimental methods, computational techniques, or analytical approaches used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F3C9D" w14:textId="77777777" w:rsidR="00CE7349" w:rsidRPr="00CE7349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</w:p>
    <w:p w14:paraId="0ACA2A76" w14:textId="0D9145AE" w:rsidR="00EB626B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>Novelty and Significance</w:t>
      </w:r>
    </w:p>
    <w:p w14:paraId="4B85D92D" w14:textId="77777777" w:rsidR="00CE7349" w:rsidRDefault="00CE7349" w:rsidP="00CE7349">
      <w:pPr>
        <w:pStyle w:val="ListParagraph"/>
        <w:ind w:left="336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CEF16" w14:textId="77777777" w:rsidR="008975D2" w:rsidRPr="00CE7349" w:rsidRDefault="008975D2" w:rsidP="00CE7349">
      <w:pPr>
        <w:pStyle w:val="ListParagraph"/>
        <w:ind w:left="336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0DA19" w14:textId="09C1B1EF" w:rsidR="00EB626B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Results and Discussion</w:t>
      </w:r>
    </w:p>
    <w:p w14:paraId="2C4BA8AE" w14:textId="0591A3F4" w:rsidR="00EB626B" w:rsidRPr="00CE7349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0000" w:rsidRPr="00CE7349">
        <w:rPr>
          <w:rFonts w:ascii="Times New Roman" w:hAnsi="Times New Roman" w:cs="Times New Roman"/>
          <w:sz w:val="24"/>
          <w:szCs w:val="24"/>
        </w:rPr>
        <w:t>Present the important results supported by suitable figures, tables, or schematics where necessary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0000" w:rsidRPr="00CE7349">
        <w:rPr>
          <w:rFonts w:ascii="Times New Roman" w:hAnsi="Times New Roman" w:cs="Times New Roman"/>
          <w:sz w:val="24"/>
          <w:szCs w:val="24"/>
        </w:rPr>
        <w:br/>
      </w:r>
    </w:p>
    <w:p w14:paraId="6D92EC81" w14:textId="27107D5A" w:rsidR="00EB626B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b/>
          <w:bCs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>Impact of the Research</w:t>
      </w:r>
    </w:p>
    <w:p w14:paraId="38881423" w14:textId="64A9498A" w:rsidR="00EB626B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0000" w:rsidRPr="00CE7349">
        <w:rPr>
          <w:rFonts w:ascii="Times New Roman" w:hAnsi="Times New Roman" w:cs="Times New Roman"/>
          <w:sz w:val="24"/>
          <w:szCs w:val="24"/>
        </w:rPr>
        <w:t>Describe the scientific, technological, environmental, industrial, or societal impact of the work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1F3384E" w14:textId="77777777" w:rsidR="00CE7349" w:rsidRPr="00CE7349" w:rsidRDefault="00CE7349" w:rsidP="00CE7349">
      <w:pPr>
        <w:pStyle w:val="ListParagraph"/>
        <w:ind w:left="336"/>
        <w:rPr>
          <w:rFonts w:ascii="Times New Roman" w:hAnsi="Times New Roman" w:cs="Times New Roman"/>
          <w:sz w:val="24"/>
          <w:szCs w:val="24"/>
        </w:rPr>
      </w:pPr>
    </w:p>
    <w:p w14:paraId="0CFF538D" w14:textId="003F9D9E" w:rsidR="00EB626B" w:rsidRPr="00CE7349" w:rsidRDefault="00000000" w:rsidP="00CE7349">
      <w:pPr>
        <w:pStyle w:val="ListParagraph"/>
        <w:numPr>
          <w:ilvl w:val="0"/>
          <w:numId w:val="11"/>
        </w:numPr>
        <w:ind w:left="336" w:hanging="322"/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b/>
          <w:bCs/>
          <w:sz w:val="24"/>
          <w:szCs w:val="24"/>
        </w:rPr>
        <w:t>Publications</w:t>
      </w:r>
      <w:r w:rsidR="00CE73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7349" w:rsidRPr="00CE7349">
        <w:rPr>
          <w:rFonts w:ascii="Times New Roman" w:hAnsi="Times New Roman" w:cs="Times New Roman"/>
          <w:sz w:val="24"/>
          <w:szCs w:val="24"/>
        </w:rPr>
        <w:t>(List your publications</w:t>
      </w:r>
      <w:r w:rsidR="00CE7349">
        <w:rPr>
          <w:rFonts w:ascii="Times New Roman" w:hAnsi="Times New Roman" w:cs="Times New Roman"/>
          <w:sz w:val="24"/>
          <w:szCs w:val="24"/>
        </w:rPr>
        <w:t>;</w:t>
      </w:r>
      <w:r w:rsidR="00CE7349" w:rsidRPr="00CE7349">
        <w:rPr>
          <w:rFonts w:ascii="Times New Roman" w:hAnsi="Times New Roman" w:cs="Times New Roman"/>
          <w:sz w:val="24"/>
          <w:szCs w:val="24"/>
        </w:rPr>
        <w:t xml:space="preserve"> only original research articles)</w:t>
      </w:r>
    </w:p>
    <w:p w14:paraId="5FE809B2" w14:textId="77777777" w:rsidR="00CE7349" w:rsidRDefault="00CE7349" w:rsidP="00CE7349">
      <w:pPr>
        <w:rPr>
          <w:rFonts w:ascii="Times New Roman" w:hAnsi="Times New Roman" w:cs="Times New Roman"/>
          <w:sz w:val="24"/>
          <w:szCs w:val="24"/>
        </w:rPr>
      </w:pPr>
    </w:p>
    <w:p w14:paraId="2C2AC365" w14:textId="77777777" w:rsidR="00CE7349" w:rsidRDefault="00CE7349" w:rsidP="00CE7349">
      <w:pPr>
        <w:rPr>
          <w:rFonts w:ascii="Times New Roman" w:hAnsi="Times New Roman" w:cs="Times New Roman"/>
          <w:sz w:val="24"/>
          <w:szCs w:val="24"/>
        </w:rPr>
      </w:pPr>
    </w:p>
    <w:p w14:paraId="561BB2A6" w14:textId="77777777" w:rsidR="00CE7349" w:rsidRPr="008E3B12" w:rsidRDefault="00CE7349" w:rsidP="00CE734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16B668" w14:textId="77777777" w:rsidR="00EB626B" w:rsidRPr="008E3B12" w:rsidRDefault="00000000" w:rsidP="00CE734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3B12">
        <w:rPr>
          <w:rFonts w:ascii="Times New Roman" w:hAnsi="Times New Roman" w:cs="Times New Roman"/>
          <w:b/>
          <w:bCs/>
          <w:sz w:val="24"/>
          <w:szCs w:val="24"/>
          <w:u w:val="single"/>
        </w:rPr>
        <w:t>Formatting Instructions</w:t>
      </w:r>
    </w:p>
    <w:p w14:paraId="67606981" w14:textId="1691BF11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Page limit: Maximum 2 pages (excluding publication list)</w:t>
      </w:r>
    </w:p>
    <w:p w14:paraId="78BC5CC4" w14:textId="77777777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Paper size: A4</w:t>
      </w:r>
    </w:p>
    <w:p w14:paraId="6D3FC269" w14:textId="77777777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Margins: 2.5 cm</w:t>
      </w:r>
    </w:p>
    <w:p w14:paraId="4212360C" w14:textId="77777777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Font: Times New Roman, 12 pt</w:t>
      </w:r>
    </w:p>
    <w:p w14:paraId="4FB04698" w14:textId="77777777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Line spacing: 1.5</w:t>
      </w:r>
    </w:p>
    <w:p w14:paraId="38912610" w14:textId="77777777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Text alignment: Justified</w:t>
      </w:r>
    </w:p>
    <w:p w14:paraId="1D796F16" w14:textId="77777777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>Figure/Table captions: 10 pt</w:t>
      </w:r>
    </w:p>
    <w:p w14:paraId="56A76D24" w14:textId="0A65F824" w:rsidR="00EB626B" w:rsidRPr="00CE7349" w:rsidRDefault="00000000" w:rsidP="00CE7349">
      <w:pPr>
        <w:rPr>
          <w:rFonts w:ascii="Times New Roman" w:hAnsi="Times New Roman" w:cs="Times New Roman"/>
          <w:sz w:val="24"/>
          <w:szCs w:val="24"/>
        </w:rPr>
      </w:pPr>
      <w:r w:rsidRPr="00CE7349">
        <w:rPr>
          <w:rFonts w:ascii="Times New Roman" w:hAnsi="Times New Roman" w:cs="Times New Roman"/>
          <w:sz w:val="24"/>
          <w:szCs w:val="24"/>
        </w:rPr>
        <w:t xml:space="preserve">References: </w:t>
      </w:r>
      <w:r w:rsidR="008E3B12" w:rsidRPr="00CE7349">
        <w:rPr>
          <w:rFonts w:ascii="Times New Roman" w:hAnsi="Times New Roman" w:cs="Times New Roman"/>
          <w:sz w:val="24"/>
          <w:szCs w:val="24"/>
        </w:rPr>
        <w:t>Times New Roman, 12 pt</w:t>
      </w:r>
      <w:r w:rsidR="008E3B12">
        <w:rPr>
          <w:rFonts w:ascii="Times New Roman" w:hAnsi="Times New Roman" w:cs="Times New Roman"/>
          <w:sz w:val="24"/>
          <w:szCs w:val="24"/>
        </w:rPr>
        <w:t xml:space="preserve">, </w:t>
      </w:r>
      <w:r w:rsidRPr="00CE7349">
        <w:rPr>
          <w:rFonts w:ascii="Times New Roman" w:hAnsi="Times New Roman" w:cs="Times New Roman"/>
          <w:sz w:val="24"/>
          <w:szCs w:val="24"/>
        </w:rPr>
        <w:t xml:space="preserve">Consistent </w:t>
      </w:r>
      <w:r w:rsidR="008E3B12">
        <w:rPr>
          <w:rFonts w:ascii="Times New Roman" w:hAnsi="Times New Roman" w:cs="Times New Roman"/>
          <w:sz w:val="24"/>
          <w:szCs w:val="24"/>
        </w:rPr>
        <w:t xml:space="preserve">with </w:t>
      </w:r>
      <w:r w:rsidR="008E3B12" w:rsidRPr="008E3B12">
        <w:rPr>
          <w:rFonts w:ascii="Times New Roman" w:hAnsi="Times New Roman" w:cs="Times New Roman"/>
          <w:sz w:val="24"/>
          <w:szCs w:val="24"/>
        </w:rPr>
        <w:t>APA Style</w:t>
      </w:r>
      <w:r w:rsidR="008E3B12">
        <w:rPr>
          <w:rFonts w:ascii="Times New Roman" w:hAnsi="Times New Roman" w:cs="Times New Roman"/>
          <w:sz w:val="24"/>
          <w:szCs w:val="24"/>
        </w:rPr>
        <w:t xml:space="preserve"> and DOI </w:t>
      </w:r>
      <w:r w:rsidR="008E3B12" w:rsidRPr="00CE7349">
        <w:rPr>
          <w:rFonts w:ascii="Times New Roman" w:hAnsi="Times New Roman" w:cs="Times New Roman"/>
          <w:sz w:val="24"/>
          <w:szCs w:val="24"/>
        </w:rPr>
        <w:t>n</w:t>
      </w:r>
      <w:r w:rsidR="008E3B12">
        <w:rPr>
          <w:rFonts w:ascii="Times New Roman" w:hAnsi="Times New Roman" w:cs="Times New Roman"/>
          <w:sz w:val="24"/>
          <w:szCs w:val="24"/>
        </w:rPr>
        <w:t>o</w:t>
      </w:r>
    </w:p>
    <w:sectPr w:rsidR="00EB626B" w:rsidRPr="00CE7349" w:rsidSect="008975D2">
      <w:head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D490B" w14:textId="77777777" w:rsidR="008B553C" w:rsidRDefault="008B553C" w:rsidP="00CE7349">
      <w:pPr>
        <w:spacing w:after="0" w:line="240" w:lineRule="auto"/>
      </w:pPr>
      <w:r>
        <w:separator/>
      </w:r>
    </w:p>
  </w:endnote>
  <w:endnote w:type="continuationSeparator" w:id="0">
    <w:p w14:paraId="2AA51611" w14:textId="77777777" w:rsidR="008B553C" w:rsidRDefault="008B553C" w:rsidP="00CE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6C99" w14:textId="77777777" w:rsidR="008B553C" w:rsidRDefault="008B553C" w:rsidP="00CE7349">
      <w:pPr>
        <w:spacing w:after="0" w:line="240" w:lineRule="auto"/>
      </w:pPr>
      <w:r>
        <w:separator/>
      </w:r>
    </w:p>
  </w:footnote>
  <w:footnote w:type="continuationSeparator" w:id="0">
    <w:p w14:paraId="33734474" w14:textId="77777777" w:rsidR="008B553C" w:rsidRDefault="008B553C" w:rsidP="00CE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96F9" w14:textId="35152FDE" w:rsidR="00CE7349" w:rsidRPr="00CE7349" w:rsidRDefault="00CE7349" w:rsidP="00CE7349">
    <w:pPr>
      <w:pStyle w:val="Header"/>
      <w:jc w:val="center"/>
      <w:rPr>
        <w:rFonts w:ascii="Avenir Next LT Pro Light" w:hAnsi="Avenir Next LT Pro Light"/>
        <w:b/>
        <w:bCs/>
      </w:rPr>
    </w:pPr>
    <w:r w:rsidRPr="00CE7349">
      <w:rPr>
        <w:rFonts w:ascii="Avenir Next LT Pro Light" w:hAnsi="Avenir Next LT Pro Light" w:cs="Times New Roman"/>
        <w:b/>
        <w:bCs/>
      </w:rPr>
      <w:t>2</w:t>
    </w:r>
    <w:r w:rsidRPr="00CE7349">
      <w:rPr>
        <w:rFonts w:ascii="Avenir Next LT Pro Light" w:hAnsi="Avenir Next LT Pro Light" w:cs="Times New Roman"/>
        <w:b/>
        <w:bCs/>
        <w:vertAlign w:val="superscript"/>
      </w:rPr>
      <w:t>nd</w:t>
    </w:r>
    <w:r w:rsidRPr="00CE7349">
      <w:rPr>
        <w:rFonts w:ascii="Avenir Next LT Pro Light" w:hAnsi="Avenir Next LT Pro Light" w:cs="Times New Roman"/>
        <w:b/>
        <w:bCs/>
      </w:rPr>
      <w:t xml:space="preserve"> </w:t>
    </w:r>
    <w:r w:rsidRPr="00CE7349">
      <w:rPr>
        <w:rFonts w:ascii="Avenir Next LT Pro Light" w:hAnsi="Avenir Next LT Pro Light" w:cs="Times New Roman"/>
        <w:b/>
        <w:bCs/>
      </w:rPr>
      <w:t xml:space="preserve">International Conference on Recent Advances in </w:t>
    </w:r>
    <w:proofErr w:type="spellStart"/>
    <w:r w:rsidRPr="00CE7349">
      <w:rPr>
        <w:rFonts w:ascii="Avenir Next LT Pro Light" w:hAnsi="Avenir Next LT Pro Light" w:cs="Times New Roman"/>
        <w:b/>
        <w:bCs/>
      </w:rPr>
      <w:t>NanoScience</w:t>
    </w:r>
    <w:proofErr w:type="spellEnd"/>
    <w:r w:rsidRPr="00CE7349">
      <w:rPr>
        <w:rFonts w:ascii="Avenir Next LT Pro Light" w:hAnsi="Avenir Next LT Pro Light" w:cs="Times New Roman"/>
        <w:b/>
        <w:bCs/>
      </w:rPr>
      <w:t xml:space="preserve"> and Technology (RAINSAT-2027)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242FA2"/>
    <w:multiLevelType w:val="hybridMultilevel"/>
    <w:tmpl w:val="1592D3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11C72"/>
    <w:multiLevelType w:val="hybridMultilevel"/>
    <w:tmpl w:val="E95CEB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921203">
    <w:abstractNumId w:val="8"/>
  </w:num>
  <w:num w:numId="2" w16cid:durableId="225802431">
    <w:abstractNumId w:val="6"/>
  </w:num>
  <w:num w:numId="3" w16cid:durableId="1875386458">
    <w:abstractNumId w:val="5"/>
  </w:num>
  <w:num w:numId="4" w16cid:durableId="1032799559">
    <w:abstractNumId w:val="4"/>
  </w:num>
  <w:num w:numId="5" w16cid:durableId="1951550752">
    <w:abstractNumId w:val="7"/>
  </w:num>
  <w:num w:numId="6" w16cid:durableId="1535651573">
    <w:abstractNumId w:val="3"/>
  </w:num>
  <w:num w:numId="7" w16cid:durableId="1059355584">
    <w:abstractNumId w:val="2"/>
  </w:num>
  <w:num w:numId="8" w16cid:durableId="2126579138">
    <w:abstractNumId w:val="1"/>
  </w:num>
  <w:num w:numId="9" w16cid:durableId="1269967733">
    <w:abstractNumId w:val="0"/>
  </w:num>
  <w:num w:numId="10" w16cid:durableId="343628532">
    <w:abstractNumId w:val="9"/>
  </w:num>
  <w:num w:numId="11" w16cid:durableId="140343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2513E"/>
    <w:rsid w:val="008975D2"/>
    <w:rsid w:val="008B553C"/>
    <w:rsid w:val="008E3B12"/>
    <w:rsid w:val="00AA1D8D"/>
    <w:rsid w:val="00B47730"/>
    <w:rsid w:val="00CB0664"/>
    <w:rsid w:val="00CE7349"/>
    <w:rsid w:val="00EB62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CB49E7"/>
  <w14:defaultImageDpi w14:val="300"/>
  <w15:docId w15:val="{C6A2A9ED-4491-4E96-A29B-ADB069CA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E3B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Brijitta Joseph</cp:lastModifiedBy>
  <cp:revision>3</cp:revision>
  <dcterms:created xsi:type="dcterms:W3CDTF">2026-08-02T17:07:00Z</dcterms:created>
  <dcterms:modified xsi:type="dcterms:W3CDTF">2026-08-02T17:10:00Z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dddbe223-1117-462a-97c6-47cce54517e8</vt:lpwstr>
  </property>
</Properties>
</file>